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val="0"/>
          <w:i w:val="0"/>
          <w:sz w:val="18"/>
        </w:rPr>
        <w:t>CM4 2026 | 3–6 December 2026 | Poovar, Kerala, India</w:t>
      </w:r>
    </w:p>
    <w:p>
      <w:pPr>
        <w:pStyle w:val="Title"/>
        <w:jc w:val="center"/>
      </w:pPr>
      <w:r>
        <w:rPr>
          <w:rFonts w:ascii="Times New Roman" w:hAnsi="Times New Roman"/>
          <w:b/>
          <w:i w:val="0"/>
          <w:sz w:val="28"/>
        </w:rPr>
        <w:t>[Title of the abstract]</w:t>
      </w:r>
    </w:p>
    <w:p>
      <w:pPr>
        <w:jc w:val="center"/>
      </w:pPr>
      <w:r>
        <w:rPr>
          <w:rFonts w:ascii="Times New Roman" w:hAnsi="Times New Roman"/>
          <w:b w:val="0"/>
          <w:i w:val="0"/>
          <w:sz w:val="22"/>
        </w:rPr>
      </w:r>
      <w:r>
        <w:rPr>
          <w:b/>
        </w:rPr>
        <w:t>[Presenting Author]</w:t>
      </w:r>
      <w:r>
        <w:rPr>
          <w:vertAlign w:val="superscript"/>
        </w:rPr>
        <w:t>1,*</w:t>
      </w:r>
      <w:r>
        <w:t xml:space="preserve">, </w:t>
      </w:r>
      <w:r>
        <w:rPr>
          <w:b/>
        </w:rPr>
        <w:t>[Second Author]</w:t>
      </w:r>
      <w:r>
        <w:rPr>
          <w:vertAlign w:val="superscript"/>
        </w:rPr>
        <w:t>1,2</w:t>
      </w:r>
      <w:r>
        <w:t xml:space="preserve">, </w:t>
      </w:r>
      <w:r>
        <w:rPr>
          <w:b/>
        </w:rPr>
        <w:t>[Third Author]</w:t>
      </w:r>
      <w:r>
        <w:rPr>
          <w:vertAlign w:val="superscript"/>
        </w:rPr>
        <w:t>2</w:t>
      </w:r>
    </w:p>
    <w:p>
      <w:pPr>
        <w:jc w:val="center"/>
      </w:pPr>
      <w:r>
        <w:rPr>
          <w:rFonts w:ascii="Times New Roman" w:hAnsi="Times New Roman"/>
          <w:b w:val="0"/>
          <w:i w:val="0"/>
          <w:sz w:val="20"/>
        </w:rPr>
      </w:r>
      <w:r>
        <w:rPr>
          <w:vertAlign w:val="superscript"/>
        </w:rPr>
        <w:t>1</w:t>
      </w:r>
      <w:r>
        <w:rPr>
          <w:i/>
          <w:sz w:val="20"/>
        </w:rPr>
        <w:t xml:space="preserve"> [Department, Institution, City, Country]</w:t>
      </w:r>
    </w:p>
    <w:p>
      <w:pPr>
        <w:jc w:val="center"/>
      </w:pPr>
      <w:r>
        <w:rPr>
          <w:rFonts w:ascii="Times New Roman" w:hAnsi="Times New Roman"/>
          <w:b w:val="0"/>
          <w:i w:val="0"/>
          <w:sz w:val="20"/>
        </w:rPr>
      </w:r>
      <w:r>
        <w:rPr>
          <w:vertAlign w:val="superscript"/>
        </w:rPr>
        <w:t>2</w:t>
      </w:r>
      <w:r>
        <w:rPr>
          <w:i/>
          <w:sz w:val="20"/>
        </w:rPr>
        <w:t xml:space="preserve"> [Department, Institution, City, Country]</w:t>
      </w:r>
    </w:p>
    <w:p>
      <w:pPr>
        <w:jc w:val="center"/>
      </w:pPr>
      <w:r>
        <w:rPr>
          <w:rFonts w:ascii="Times New Roman" w:hAnsi="Times New Roman"/>
          <w:b w:val="0"/>
          <w:i w:val="0"/>
          <w:sz w:val="20"/>
        </w:rPr>
        <w:t>* Presenting author: [email address]</w:t>
      </w:r>
    </w:p>
    <w:p>
      <w:pPr>
        <w:jc w:val="both"/>
      </w:pPr>
      <w:r>
        <w:rPr>
          <w:rFonts w:ascii="Times New Roman" w:hAnsi="Times New Roman"/>
          <w:b w:val="0"/>
          <w:i w:val="0"/>
          <w:sz w:val="22"/>
        </w:rPr>
        <w:t>Replace this text with your scientific abstract in English (maximum 300 words). State the research question or objective, briefly describe the methods, summarise the principal results, and explain their significance. Use specific findings where available and define unfamiliar abbreviations. The complete submission, including authors, affiliations, any figure, acknowledgement and essential references, must fit on one A4 page. Keep the prescribed margins and font sizes.</w:t>
      </w:r>
    </w:p>
    <w:p>
      <w:pPr>
        <w:jc w:val="both"/>
      </w:pPr>
      <w:r>
        <w:rPr>
          <w:rFonts w:ascii="Times New Roman" w:hAnsi="Times New Roman"/>
          <w:b w:val="0"/>
          <w:i w:val="0"/>
          <w:sz w:val="22"/>
        </w:rPr>
        <w:t>Replace every bracketed placeholder. Use superscript numbers to link each author to the correct affiliation; mark the presenting author with an asterisk. Retain the presenting-author email line. Delete unused optional sections and all instructional text, including this paragraph, before exporting your PDF. Submit the PDF together with the editable Word file or LaTeX source (a ZIP containing the source and figure files if needed).</w:t>
      </w:r>
    </w:p>
    <w:p>
      <w:pPr>
        <w:jc w:val="both"/>
      </w:pPr>
      <w:r>
        <w:rPr>
          <w:rFonts w:ascii="Times New Roman" w:hAnsi="Times New Roman"/>
          <w:b w:val="0"/>
          <w:i w:val="0"/>
          <w:sz w:val="20"/>
        </w:rPr>
        <w:t>Keywords: [Three to five keywords separated by semicolons]</w:t>
      </w:r>
    </w:p>
    <w:p>
      <w:pPr>
        <w:jc w:val="both"/>
      </w:pPr>
      <w:r>
        <w:rPr>
          <w:rFonts w:ascii="Times New Roman" w:hAnsi="Times New Roman"/>
          <w:b w:val="0"/>
          <w:i/>
          <w:sz w:val="20"/>
        </w:rPr>
        <w:t>[Optional figure or scheme and a short caption. Insert in line with text; delete this paragraph if unused.]</w:t>
      </w:r>
    </w:p>
    <w:p>
      <w:pPr>
        <w:jc w:val="both"/>
      </w:pPr>
      <w:r>
        <w:rPr>
          <w:rFonts w:ascii="Times New Roman" w:hAnsi="Times New Roman"/>
          <w:b w:val="0"/>
          <w:i w:val="0"/>
          <w:sz w:val="20"/>
        </w:rPr>
        <w:t>Acknowledgement: [Optional brief acknowledgement; delete if unused.]</w:t>
      </w:r>
    </w:p>
    <w:p>
      <w:pPr>
        <w:jc w:val="both"/>
      </w:pPr>
      <w:r>
        <w:rPr>
          <w:rFonts w:ascii="Times New Roman" w:hAnsi="Times New Roman"/>
          <w:b w:val="0"/>
          <w:i w:val="0"/>
          <w:sz w:val="20"/>
        </w:rPr>
        <w:t>References: [Optional essential references in numbered order; delete if unused.]</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Times New Roman" w:hAnsi="Times New Roman"/>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CM4 2026 Abstract Template</dc:title>
  <dc:subject/>
  <dc:creator>CM4 2026</dc:creator>
  <cp:keywords/>
  <dc:description>generated by python-docx</dc:description>
  <cp:lastModifiedBy/>
  <cp:revision>1</cp:revision>
  <dcterms:created xsi:type="dcterms:W3CDTF">2013-12-23T23:15:00Z</dcterms:created>
  <dcterms:modified xsi:type="dcterms:W3CDTF">2013-12-23T23:15:00Z</dcterms:modified>
  <cp:category/>
</cp:coreProperties>
</file>